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BAYİLİK SÖZLEŞMESİ FESHİ İHTARNAMESİ</w:t>
      </w:r>
    </w:p>
    <w:p/>
    <w:p/>
    <w:p>
      <w:r>
        <w:rPr>
          <w:b/>
          <w:sz w:val="20"/>
        </w:rPr>
        <w:t>Gönderen (Bayilik Veren) :</w:t>
      </w:r>
    </w:p>
    <w:p>
      <w:r>
        <w:rPr>
          <w:b w:val="0"/>
          <w:sz w:val="20"/>
        </w:rPr>
        <w:t>Adı Soyadı / Ünvanı : _____________________________________________</w:t>
      </w:r>
    </w:p>
    <w:p>
      <w:r>
        <w:rPr>
          <w:b w:val="0"/>
          <w:sz w:val="20"/>
        </w:rPr>
        <w:t>Adres : 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</w:t>
      </w:r>
    </w:p>
    <w:p>
      <w:r>
        <w:rPr>
          <w:b w:val="0"/>
          <w:sz w:val="20"/>
        </w:rPr>
        <w:t>E-posta : __________________________________________________________</w:t>
      </w:r>
    </w:p>
    <w:p/>
    <w:p>
      <w:r>
        <w:rPr>
          <w:b/>
          <w:sz w:val="20"/>
        </w:rPr>
        <w:t>Alıcı (Bayilik Alan) :</w:t>
      </w:r>
    </w:p>
    <w:p>
      <w:r>
        <w:rPr>
          <w:b w:val="0"/>
          <w:sz w:val="20"/>
        </w:rPr>
        <w:t>Adı Soyadı / Ünvanı : _____________________________________________</w:t>
      </w:r>
    </w:p>
    <w:p>
      <w:r>
        <w:rPr>
          <w:b w:val="0"/>
          <w:sz w:val="20"/>
        </w:rPr>
        <w:t>Adres : 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</w:t>
      </w:r>
    </w:p>
    <w:p>
      <w:r>
        <w:rPr>
          <w:b w:val="0"/>
          <w:sz w:val="20"/>
        </w:rPr>
        <w:t>E-posta : __________________________________________________________</w:t>
      </w:r>
    </w:p>
    <w:p/>
    <w:p/>
    <w:p>
      <w:r>
        <w:rPr>
          <w:b/>
          <w:sz w:val="20"/>
        </w:rPr>
        <w:t>KONU: Bayilik Sözleşmesinin Feshi</w:t>
      </w:r>
    </w:p>
    <w:p/>
    <w:p>
      <w:r>
        <w:rPr>
          <w:b w:val="0"/>
          <w:sz w:val="20"/>
        </w:rPr>
        <w:t>Taraflar arasında akdedilen bayilik sözleşmesi, aşağıda belirtilen sebeplerden dolayı feshedilmek üzere işbu ihtarname ile bildirilmiştir.</w:t>
      </w:r>
    </w:p>
    <w:p/>
    <w:p>
      <w:r>
        <w:rPr>
          <w:b/>
          <w:sz w:val="20"/>
        </w:rPr>
        <w:t>Fesih Sebepleri:</w:t>
      </w:r>
    </w:p>
    <w:p>
      <w:r>
        <w:rPr>
          <w:b w:val="0"/>
          <w:sz w:val="20"/>
        </w:rPr>
        <w:t>1. Bayilik sözleşmesinde yer alan yükümlülüklerin yerine getirilmemesi.</w:t>
      </w:r>
    </w:p>
    <w:p>
      <w:r>
        <w:rPr>
          <w:b w:val="0"/>
          <w:sz w:val="20"/>
        </w:rPr>
        <w:t>2. Satış hedeflerinin tutturulmaması veya sürekli zarar edilmesi.</w:t>
      </w:r>
    </w:p>
    <w:p>
      <w:r>
        <w:rPr>
          <w:b w:val="0"/>
          <w:sz w:val="20"/>
        </w:rPr>
        <w:t>3. Marka ve ticari itibarın zedelenmesine yol açan davranışlar.</w:t>
      </w:r>
    </w:p>
    <w:p>
      <w:r>
        <w:rPr>
          <w:b w:val="0"/>
          <w:sz w:val="20"/>
        </w:rPr>
        <w:t>4. Sözleşmede belirtilen diğer şartların ihlali.</w:t>
      </w:r>
    </w:p>
    <w:p/>
    <w:p>
      <w:r>
        <w:rPr>
          <w:b w:val="0"/>
          <w:sz w:val="20"/>
        </w:rPr>
        <w:t>Yukarıda belirtilen nedenlerle, 6102 sayılı Türk Ticaret Kanunu ve ilgili mevzuat hükümleri çerçevesinde bayilik sözleşmesi feshedilmiştir. Fesih ile birlikte tarafların karşılıklı hak ve yükümlülükleri sona erecektir.</w:t>
      </w:r>
    </w:p>
    <w:p/>
    <w:p>
      <w:r>
        <w:rPr>
          <w:b w:val="0"/>
          <w:sz w:val="20"/>
        </w:rPr>
        <w:t>İşbu ihtarname, fesih bildirimi niteliğinde olup, yasal süreler çerçevesinde tarafınıza tebliğ edilmiştir.</w:t>
      </w:r>
    </w:p>
    <w:p/>
    <w:p/>
    <w:p>
      <w:r>
        <w:rPr>
          <w:b w:val="0"/>
          <w:sz w:val="20"/>
        </w:rPr>
        <w:t>Saygılarımla,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Bayilik Veren (Gönderen)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Bayilik Alan (Alıcı)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https://sozlesmesiornek.com/bayilik-sozlesmesi-feshi-ihtarname-ornegi/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bayilik-sozlesmesi-feshi-ihtarname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