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FİİLİ TAKSİM SÖZLEŞMESİ</w:t>
      </w:r>
    </w:p>
    <w:p/>
    <w:p>
      <w:r>
        <w:rPr>
          <w:b/>
          <w:sz w:val="20"/>
        </w:rPr>
        <w:t>Taraflar :</w:t>
      </w:r>
    </w:p>
    <w:p>
      <w:r>
        <w:rPr>
          <w:b w:val="0"/>
          <w:sz w:val="20"/>
        </w:rPr>
        <w:t>Aşağıda bilgileri yazılı taraflar arasında aşağıdaki şartlar doğrultusunda fiili taksim sözleşmesi akdedilmiştir.</w:t>
      </w:r>
    </w:p>
    <w:p/>
    <w:p>
      <w:r>
        <w:rPr>
          <w:b/>
          <w:sz w:val="20"/>
        </w:rPr>
        <w:t>1. Taraflar</w:t>
      </w:r>
    </w:p>
    <w:p>
      <w:r>
        <w:rPr>
          <w:b w:val="0"/>
          <w:sz w:val="20"/>
        </w:rPr>
        <w:t>1.1. Kiraya Veren :</w:t>
      </w:r>
    </w:p>
    <w:p>
      <w:r>
        <w:rPr>
          <w:b w:val="0"/>
          <w:sz w:val="20"/>
        </w:rPr>
        <w:t>Adı Soyadı / Ünvanı : ________________________________________________</w:t>
      </w:r>
    </w:p>
    <w:p>
      <w:r>
        <w:rPr>
          <w:b w:val="0"/>
          <w:sz w:val="20"/>
        </w:rPr>
        <w:t>TC Kimlik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/>
    <w:p>
      <w:r>
        <w:rPr>
          <w:b w:val="0"/>
          <w:sz w:val="20"/>
        </w:rPr>
        <w:t>1.2. Kiracı :</w:t>
      </w:r>
    </w:p>
    <w:p>
      <w:r>
        <w:rPr>
          <w:b w:val="0"/>
          <w:sz w:val="20"/>
        </w:rPr>
        <w:t>Adı Soyadı / Ünvanı : ________________________________________________</w:t>
      </w:r>
    </w:p>
    <w:p>
      <w:r>
        <w:rPr>
          <w:b w:val="0"/>
          <w:sz w:val="20"/>
        </w:rPr>
        <w:t>TC Kimlik / Vergi No : 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/>
    <w:p>
      <w:r>
        <w:rPr>
          <w:b/>
          <w:sz w:val="20"/>
        </w:rPr>
        <w:t>2. Konu</w:t>
      </w:r>
    </w:p>
    <w:p>
      <w:r>
        <w:rPr>
          <w:b w:val="0"/>
          <w:sz w:val="20"/>
        </w:rPr>
        <w:t>İşbu sözleşmenin konusu, Kiraya Veren’in mülkiyetinde bulunan aşağıda tanımlanan gayrimenkulün fiilen taksimi suretiyle Kiracıya tahsis edilmesidir.</w:t>
      </w:r>
    </w:p>
    <w:p>
      <w:r>
        <w:rPr>
          <w:b w:val="0"/>
          <w:sz w:val="20"/>
        </w:rPr>
        <w:t>Gayrimenkulün Tanımı : ________________________________________________</w:t>
      </w:r>
    </w:p>
    <w:p>
      <w:r>
        <w:rPr>
          <w:b w:val="0"/>
          <w:sz w:val="20"/>
        </w:rPr>
        <w:t>Adres : _______________________________________________________________</w:t>
      </w:r>
    </w:p>
    <w:p/>
    <w:p>
      <w:r>
        <w:rPr>
          <w:b/>
          <w:sz w:val="20"/>
        </w:rPr>
        <w:t>3. Fiili Taksim</w:t>
      </w:r>
    </w:p>
    <w:p>
      <w:r>
        <w:rPr>
          <w:b w:val="0"/>
          <w:sz w:val="20"/>
        </w:rPr>
        <w:t>Kiraya Veren, taşınmazın fiili taksim yoluyla Kiracıya tahsisini kabul eder. Kiracı, taşınmazın aşağıda belirtilen kısmını kullanacaktır.</w:t>
      </w:r>
    </w:p>
    <w:p>
      <w:r>
        <w:rPr>
          <w:b w:val="0"/>
          <w:sz w:val="20"/>
        </w:rPr>
        <w:t>Fiili Taksim Alanı : __________________________________________________</w:t>
      </w:r>
    </w:p>
    <w:p>
      <w:r>
        <w:rPr>
          <w:b w:val="0"/>
          <w:sz w:val="20"/>
        </w:rPr>
        <w:t>Sınırlar : _____________________________________________________________</w:t>
      </w:r>
    </w:p>
    <w:p/>
    <w:p>
      <w:r>
        <w:rPr>
          <w:b/>
          <w:sz w:val="20"/>
        </w:rPr>
        <w:t>4. Kira Bedeli ve Ödeme Şartları</w:t>
      </w:r>
    </w:p>
    <w:p>
      <w:r>
        <w:rPr>
          <w:b w:val="0"/>
          <w:sz w:val="20"/>
        </w:rPr>
        <w:t>4.1. Kira Bedeli : _________________ TL (Türk Lirası)</w:t>
      </w:r>
    </w:p>
    <w:p>
      <w:r>
        <w:rPr>
          <w:b w:val="0"/>
          <w:sz w:val="20"/>
        </w:rPr>
        <w:t>4.2. Ödeme Şekli : _____________________________________________________</w:t>
      </w:r>
    </w:p>
    <w:p>
      <w:r>
        <w:rPr>
          <w:b w:val="0"/>
          <w:sz w:val="20"/>
        </w:rPr>
        <w:t>4.3. Ödeme Periyodu : __________________________________________________</w:t>
      </w:r>
    </w:p>
    <w:p/>
    <w:p>
      <w:r>
        <w:rPr>
          <w:b/>
          <w:sz w:val="20"/>
        </w:rPr>
        <w:t>5. Kullanım ve Bakım Yükümlülükleri</w:t>
      </w:r>
    </w:p>
    <w:p>
      <w:r>
        <w:rPr>
          <w:b w:val="0"/>
          <w:sz w:val="20"/>
        </w:rPr>
        <w:t>Kiracı, fiili taksim edilen alanı dikkatli ve özenli kullanmayı, zarar vermemeyi ve gerekli bakımları yapmayı kabul eder.</w:t>
      </w:r>
    </w:p>
    <w:p>
      <w:r>
        <w:rPr>
          <w:b w:val="0"/>
          <w:sz w:val="20"/>
        </w:rPr>
        <w:t>Kiraya Veren, ortak alanların bakım ve onarımından sorumludur.</w:t>
      </w:r>
    </w:p>
    <w:p/>
    <w:p>
      <w:r>
        <w:rPr>
          <w:b/>
          <w:sz w:val="20"/>
        </w:rPr>
        <w:t>6. Sözleşmenin Süresi</w:t>
      </w:r>
    </w:p>
    <w:p>
      <w:r>
        <w:rPr>
          <w:b w:val="0"/>
          <w:sz w:val="20"/>
        </w:rPr>
        <w:t>İşbu sözleşme, taraflarca imzalandığı tarihten itibaren _______ yıl süreyle geçerlidir.</w:t>
      </w:r>
    </w:p>
    <w:p>
      <w:r>
        <w:rPr>
          <w:b w:val="0"/>
          <w:sz w:val="20"/>
        </w:rPr>
        <w:t>Süre sonunda taraflarca yazılı olarak uzatılmazsa sözleşme kendiliğinden sona erer.</w:t>
      </w:r>
    </w:p>
    <w:p/>
    <w:p>
      <w:r>
        <w:rPr>
          <w:b/>
          <w:sz w:val="20"/>
        </w:rPr>
        <w:t>7. Sözleşmenin Feshi</w:t>
      </w:r>
    </w:p>
    <w:p>
      <w:r>
        <w:rPr>
          <w:b w:val="0"/>
          <w:sz w:val="20"/>
        </w:rPr>
        <w:t>Taraflardan herhangi biri sözleşme şartlarına aykırı davranırsa, diğer taraf sözleşmeyi yazılı bildirimle feshedebilir.</w:t>
      </w:r>
    </w:p>
    <w:p>
      <w:r>
        <w:rPr>
          <w:b w:val="0"/>
          <w:sz w:val="20"/>
        </w:rPr>
        <w:t>Fesih halinde taraflar birbirlerinden herhangi bir tazminat talebinde bulunamaz.</w:t>
      </w:r>
    </w:p>
    <w:p/>
    <w:p>
      <w:r>
        <w:rPr>
          <w:b/>
          <w:sz w:val="20"/>
        </w:rPr>
        <w:t>8. İhtilafların Çözümü</w:t>
      </w:r>
    </w:p>
    <w:p>
      <w:r>
        <w:rPr>
          <w:b w:val="0"/>
          <w:sz w:val="20"/>
        </w:rPr>
        <w:t>İşbu sözleşmeden doğabilecek tüm uyuşmazlıklarda Türkiye Cumhuriyeti mahkemeleri ve icra daireleri yetkilidir.</w:t>
      </w:r>
    </w:p>
    <w:p/>
    <w:p>
      <w:r>
        <w:rPr>
          <w:b/>
          <w:sz w:val="20"/>
        </w:rPr>
        <w:t>9. Diğer Hükümler</w:t>
      </w:r>
    </w:p>
    <w:p>
      <w:r>
        <w:rPr>
          <w:b w:val="0"/>
          <w:sz w:val="20"/>
        </w:rPr>
        <w:t>9.1. İşbu sözleşme tarafların tam ve kesin mutabakatını içerir.</w:t>
      </w:r>
    </w:p>
    <w:p>
      <w:r>
        <w:rPr>
          <w:b w:val="0"/>
          <w:sz w:val="20"/>
        </w:rPr>
        <w:t>9.2. Sözleşmede yapılacak her türlü değişiklik yazılı olarak yapılmadıkça geçerli sayılmaz.</w:t>
      </w:r>
    </w:p>
    <w:p/>
    <w:p/>
    <w:p>
      <w:r>
        <w:rPr>
          <w:b w:val="0"/>
          <w:sz w:val="20"/>
        </w:rPr>
        <w:t>Yer : ____________________________________________________</w:t>
      </w:r>
    </w:p>
    <w:p>
      <w:r>
        <w:rPr>
          <w:b w:val="0"/>
          <w:sz w:val="20"/>
        </w:rPr>
        <w:t>Tarih : 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KİRAYA VEREN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KİRACI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İmza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Adı Soyadı / Ünvanı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Bu belgenin orijinal kaynagi: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https://sozlesmesiornek.com/fiili-taksim-sozlesmesi-ornegi/</w:t>
        </w:r>
      </w:hyperlink>
    </w:p>
    <w:p>
      <w:pPr>
        <w:jc w:val="center"/>
      </w:pPr>
      <w:r>
        <w:rPr>
          <w:color w:val="555555"/>
          <w:sz w:val="26"/>
        </w:rPr>
        <w:t>Bu ornek sizin icin faydali oldu mu?</w:t>
      </w:r>
    </w:p>
    <w:p>
      <w:pPr>
        <w:jc w:val="center"/>
      </w:pPr>
      <w:r>
        <w:rPr>
          <w:color w:val="555555"/>
          <w:sz w:val="26"/>
        </w:rPr>
        <w:t>Guncellenmis diger orneklere web sitemizden ulasabilirsiniz: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https://sozlesmesiornek.com</w:t>
        </w:r>
      </w:hyperlink>
    </w:p>
    <w:p>
      <w:pPr>
        <w:jc w:val="center"/>
      </w:pPr>
      <w:r>
        <w:rPr>
          <w:color w:val="808080"/>
          <w:sz w:val="20"/>
        </w:rPr>
        <w:t>Bu ornek yalnizca kisisel ve ticari olmayan kullanim icindir.</w:t>
        <w:br/>
        <w:t>Her turlu dagitim veya yayinda kaynak belirtilmelidir. © sozlesmesiornek.com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ozlesmesiornek.com/fiili-taksim-sozlesmesi-ornegi/" TargetMode="External"/><Relationship Id="rId10" Type="http://schemas.openxmlformats.org/officeDocument/2006/relationships/hyperlink" Target="https://sozlesmesiorne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