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İŞ SÖZLEŞMESİ</w:t>
      </w:r>
    </w:p>
    <w:p/>
    <w:p>
      <w:r>
        <w:rPr>
          <w:b/>
          <w:sz w:val="20"/>
        </w:rPr>
        <w:t>Taraflar</w:t>
      </w:r>
    </w:p>
    <w:p>
      <w:r>
        <w:rPr>
          <w:b w:val="0"/>
          <w:sz w:val="20"/>
        </w:rPr>
        <w:t>İşbu iş sözleşmesi, aşağıda bilgileri belirtilen İşveren ile İşçi arasında, Türk İş Kanunu ve ilgili mevzuatlar çerçevesinde akdedilmiştir.</w:t>
      </w:r>
    </w:p>
    <w:p/>
    <w:p>
      <w:r>
        <w:rPr>
          <w:b/>
          <w:sz w:val="20"/>
        </w:rPr>
        <w:t>İşveren Bilgileri:</w:t>
      </w:r>
    </w:p>
    <w:p>
      <w:r>
        <w:rPr>
          <w:b w:val="0"/>
          <w:sz w:val="20"/>
        </w:rPr>
        <w:t>Firma Adı : ________________________________________________</w:t>
      </w:r>
    </w:p>
    <w:p>
      <w:r>
        <w:rPr>
          <w:b w:val="0"/>
          <w:sz w:val="20"/>
        </w:rPr>
        <w:t>Adres : ______________________________________________________</w:t>
      </w:r>
    </w:p>
    <w:p>
      <w:r>
        <w:rPr>
          <w:b w:val="0"/>
          <w:sz w:val="20"/>
        </w:rPr>
        <w:t>Vergi No / Ticaret Sicil No : ________________________________</w:t>
      </w:r>
    </w:p>
    <w:p>
      <w:r>
        <w:rPr>
          <w:b w:val="0"/>
          <w:sz w:val="20"/>
        </w:rPr>
        <w:t>Yetkili Kişi : _______________________________________________</w:t>
      </w:r>
    </w:p>
    <w:p/>
    <w:p>
      <w:r>
        <w:rPr>
          <w:b/>
          <w:sz w:val="20"/>
        </w:rPr>
        <w:t>İşçi Bilgileri:</w:t>
      </w:r>
    </w:p>
    <w:p>
      <w:r>
        <w:rPr>
          <w:b w:val="0"/>
          <w:sz w:val="20"/>
        </w:rPr>
        <w:t>Adı Soyadı : ________________________________________________</w:t>
      </w:r>
    </w:p>
    <w:p>
      <w:r>
        <w:rPr>
          <w:b w:val="0"/>
          <w:sz w:val="20"/>
        </w:rPr>
        <w:t>T.C. Kimlik No : ____________________________________________</w:t>
      </w:r>
    </w:p>
    <w:p>
      <w:r>
        <w:rPr>
          <w:b w:val="0"/>
          <w:sz w:val="20"/>
        </w:rPr>
        <w:t>Adres : ______________________________________________________</w:t>
      </w:r>
    </w:p>
    <w:p>
      <w:r>
        <w:rPr>
          <w:b w:val="0"/>
          <w:sz w:val="20"/>
        </w:rPr>
        <w:t>Telefon : _________________________________________________</w:t>
      </w:r>
    </w:p>
    <w:p/>
    <w:p>
      <w:r>
        <w:rPr>
          <w:b/>
          <w:sz w:val="20"/>
        </w:rPr>
        <w:t>Madde 1 – İşin Tanımı</w:t>
      </w:r>
    </w:p>
    <w:p>
      <w:r>
        <w:rPr>
          <w:b w:val="0"/>
          <w:sz w:val="20"/>
        </w:rPr>
        <w:t>İşçi, İşveren’in talimatları doğrultusunda __________________________ pozisyonunda çalışmayı kabul ve taahhüt eder. İşin kapsamı, İşveren tarafından belirlenir.</w:t>
      </w:r>
    </w:p>
    <w:p/>
    <w:p>
      <w:r>
        <w:rPr>
          <w:b/>
          <w:sz w:val="20"/>
        </w:rPr>
        <w:t>Madde 2 – İşe Başlama ve Süresi</w:t>
      </w:r>
    </w:p>
    <w:p>
      <w:r>
        <w:rPr>
          <w:b w:val="0"/>
          <w:sz w:val="20"/>
        </w:rPr>
        <w:t>İşbu sözleşme, tarafların imzasıyla yürürlüğe girer ve süresiz/_____________________ süreli olarak yapılmıştır.</w:t>
      </w:r>
    </w:p>
    <w:p/>
    <w:p>
      <w:r>
        <w:rPr>
          <w:b/>
          <w:sz w:val="20"/>
        </w:rPr>
        <w:t>Madde 3 – Çalışma Saatleri</w:t>
      </w:r>
    </w:p>
    <w:p>
      <w:r>
        <w:rPr>
          <w:b w:val="0"/>
          <w:sz w:val="20"/>
        </w:rPr>
        <w:t>İşçi, haftalık __________________ saat çalışmayı kabul eder. Günlük çalışma saatleri ve izinler İş Kanunu hükümlerine uygundur.</w:t>
      </w:r>
    </w:p>
    <w:p/>
    <w:p>
      <w:r>
        <w:rPr>
          <w:b/>
          <w:sz w:val="20"/>
        </w:rPr>
        <w:t>Madde 4 – Ücret ve Ödeme Şartları</w:t>
      </w:r>
    </w:p>
    <w:p>
      <w:r>
        <w:rPr>
          <w:b w:val="0"/>
          <w:sz w:val="20"/>
        </w:rPr>
        <w:t>İşveren, İşçiye aylık brüt __________________ TL ücret ödemeyi kabul eder. Ücret ödemeleri her ayın __________________ günü yapılacaktır.</w:t>
      </w:r>
    </w:p>
    <w:p/>
    <w:p>
      <w:r>
        <w:rPr>
          <w:b/>
          <w:sz w:val="20"/>
        </w:rPr>
        <w:t>Madde 5 – Sosyal Haklar ve İzinler</w:t>
      </w:r>
    </w:p>
    <w:p>
      <w:r>
        <w:rPr>
          <w:b w:val="0"/>
          <w:sz w:val="20"/>
        </w:rPr>
        <w:t>İşçi, yasal sosyal güvenlik ve diğer haklardan yararlanacaktır. Yıllık ücretli izin süresi ve diğer izinler İş Kanunu hükümlerine tabidir.</w:t>
      </w:r>
    </w:p>
    <w:p/>
    <w:p>
      <w:r>
        <w:rPr>
          <w:b/>
          <w:sz w:val="20"/>
        </w:rPr>
        <w:t>Madde 6 – İş Sağlığı ve Güvenliği</w:t>
      </w:r>
    </w:p>
    <w:p>
      <w:r>
        <w:rPr>
          <w:b w:val="0"/>
          <w:sz w:val="20"/>
        </w:rPr>
        <w:t>İşveren, İş Kanunu ve ilgili mevzuatlar çerçevesinde iş sağlığı ve güvenliği tedbirlerini almakla yükümlüdür. İşçi, iş güvenliği kurallarına uymayı kabul eder.</w:t>
      </w:r>
    </w:p>
    <w:p/>
    <w:p>
      <w:r>
        <w:rPr>
          <w:b/>
          <w:sz w:val="20"/>
        </w:rPr>
        <w:t>Madde 7 – Gizlilik ve Rekabet Yasağı</w:t>
      </w:r>
    </w:p>
    <w:p>
      <w:r>
        <w:rPr>
          <w:b w:val="0"/>
          <w:sz w:val="20"/>
        </w:rPr>
        <w:t>İşçi, işverenin ticari sırlarını gizli tutmayı ve iş ilişkisi sona erdikten sonra belirli süre rekabet etmeme yükümlülüğünü kabul eder.</w:t>
      </w:r>
    </w:p>
    <w:p/>
    <w:p>
      <w:r>
        <w:rPr>
          <w:b/>
          <w:sz w:val="20"/>
        </w:rPr>
        <w:t>Madde 8 – Fesih</w:t>
      </w:r>
    </w:p>
    <w:p>
      <w:r>
        <w:rPr>
          <w:b w:val="0"/>
          <w:sz w:val="20"/>
        </w:rPr>
        <w:t>Taraflardan herhangi biri, yasal sürelere ve şartlara uygun olarak sözleşmeyi feshedebilir. Fesih bildirimi yazılı olarak yapılacaktır.</w:t>
      </w:r>
    </w:p>
    <w:p/>
    <w:p>
      <w:r>
        <w:rPr>
          <w:b/>
          <w:sz w:val="20"/>
        </w:rPr>
        <w:t>Madde 9 – Uyuşmazlıkların Çözümü</w:t>
      </w:r>
    </w:p>
    <w:p>
      <w:r>
        <w:rPr>
          <w:b w:val="0"/>
          <w:sz w:val="20"/>
        </w:rPr>
        <w:t>Taraflar arasında çıkabilecek uyuşmazlıklarda öncelikle uzlaşma yolu aranır. Anlaşmazlık halinde Türkiye Cumhuriyeti mahkemeleri ve iş mahkemeleri yetkilidir.</w:t>
      </w:r>
    </w:p>
    <w:p/>
    <w:p/>
    <w:p>
      <w:r>
        <w:rPr>
          <w:b/>
          <w:sz w:val="20"/>
        </w:rPr>
        <w:t>İşveren</w:t>
      </w:r>
    </w:p>
    <w:p>
      <w:r>
        <w:rPr>
          <w:b w:val="0"/>
          <w:sz w:val="20"/>
        </w:rPr>
        <w:t>Adı Soyadı / Unvanı : __________________________________________</w:t>
      </w:r>
    </w:p>
    <w:p>
      <w:r>
        <w:rPr>
          <w:b w:val="0"/>
          <w:sz w:val="20"/>
        </w:rPr>
        <w:t>İmza : ________________________________</w:t>
      </w:r>
    </w:p>
    <w:p/>
    <w:p/>
    <w:p>
      <w:r>
        <w:rPr>
          <w:b/>
          <w:sz w:val="20"/>
        </w:rPr>
        <w:t>İşçi</w:t>
      </w:r>
    </w:p>
    <w:p>
      <w:r>
        <w:rPr>
          <w:b w:val="0"/>
          <w:sz w:val="20"/>
        </w:rPr>
        <w:t>Adı Soyadı : __________________________________________</w:t>
      </w:r>
    </w:p>
    <w:p>
      <w:r>
        <w:rPr>
          <w:b w:val="0"/>
          <w:sz w:val="20"/>
        </w:rPr>
        <w:t>İmza : 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İŞVEREN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İŞÇİ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/ Unvanı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https://sozlesmesiornek.com/iki-firma-arasında-is-sozlesmesi-ornegi/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https://sozlesmesiornek.com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sozlesmesiornek.com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ozlesmesiornek.com/iki-firma-aras&#305;nda-is-sozlesmesi-ornegi/" TargetMode="External"/><Relationship Id="rId10" Type="http://schemas.openxmlformats.org/officeDocument/2006/relationships/hyperlink" Target="https://sozlesmesiorne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