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İŞYERİ DEVİR SÖZLEŞMESİ</w:t>
      </w:r>
    </w:p>
    <w:p/>
    <w:p>
      <w:r>
        <w:rPr>
          <w:b/>
          <w:sz w:val="20"/>
        </w:rPr>
        <w:t>Taraflar :</w:t>
      </w:r>
    </w:p>
    <w:p>
      <w:r>
        <w:rPr>
          <w:b/>
          <w:sz w:val="20"/>
        </w:rPr>
        <w:t>Devir Veren (Satıcı) :</w:t>
      </w:r>
    </w:p>
    <w:p>
      <w:r>
        <w:rPr>
          <w:b w:val="0"/>
          <w:sz w:val="20"/>
        </w:rPr>
        <w:t>Adı Soyadı / Ünvanı : ____________________________________________________________</w:t>
      </w:r>
    </w:p>
    <w:p>
      <w:r>
        <w:rPr>
          <w:b w:val="0"/>
          <w:sz w:val="20"/>
        </w:rPr>
        <w:t>T.C. Kimlik No / Vergi No : _____________________________________________________</w:t>
      </w:r>
    </w:p>
    <w:p>
      <w:r>
        <w:rPr>
          <w:b w:val="0"/>
          <w:sz w:val="20"/>
        </w:rPr>
        <w:t>Adres : _________________________________________________________________________</w:t>
      </w:r>
    </w:p>
    <w:p/>
    <w:p>
      <w:r>
        <w:rPr>
          <w:b/>
          <w:sz w:val="20"/>
        </w:rPr>
        <w:t>Devir Alan (Alıcı) :</w:t>
      </w:r>
    </w:p>
    <w:p>
      <w:r>
        <w:rPr>
          <w:b w:val="0"/>
          <w:sz w:val="20"/>
        </w:rPr>
        <w:t>Adı Soyadı / Ünvanı : ____________________________________________________________</w:t>
      </w:r>
    </w:p>
    <w:p>
      <w:r>
        <w:rPr>
          <w:b w:val="0"/>
          <w:sz w:val="20"/>
        </w:rPr>
        <w:t>T.C. Kimlik No / Vergi No : _____________________________________________________</w:t>
      </w:r>
    </w:p>
    <w:p>
      <w:r>
        <w:rPr>
          <w:b w:val="0"/>
          <w:sz w:val="20"/>
        </w:rPr>
        <w:t>Adres : _________________________________________________________________________</w:t>
      </w:r>
    </w:p>
    <w:p/>
    <w:p>
      <w:r>
        <w:rPr>
          <w:b/>
          <w:sz w:val="20"/>
        </w:rPr>
        <w:t>Devredilen İşyerine Ait Bilgiler :</w:t>
      </w:r>
    </w:p>
    <w:p>
      <w:r>
        <w:rPr>
          <w:b w:val="0"/>
          <w:sz w:val="20"/>
        </w:rPr>
        <w:t>İşyeri Adı / Ünvanı : ____________________________________________________________</w:t>
      </w:r>
    </w:p>
    <w:p>
      <w:r>
        <w:rPr>
          <w:b w:val="0"/>
          <w:sz w:val="20"/>
        </w:rPr>
        <w:t>Adres : _________________________________________________________________________</w:t>
      </w:r>
    </w:p>
    <w:p>
      <w:r>
        <w:rPr>
          <w:b w:val="0"/>
          <w:sz w:val="20"/>
        </w:rPr>
        <w:t>İşyeri Kira Durumu : _____________________________________________________________</w:t>
      </w:r>
    </w:p>
    <w:p>
      <w:r>
        <w:rPr>
          <w:b w:val="0"/>
          <w:sz w:val="20"/>
        </w:rPr>
        <w:t>Kira Süresi ve Koşulları : _______________________________________________________</w:t>
      </w:r>
    </w:p>
    <w:p/>
    <w:p>
      <w:r>
        <w:rPr>
          <w:b/>
          <w:sz w:val="20"/>
        </w:rPr>
        <w:t>Madde 1 – Sözleşmenin Konusu</w:t>
      </w:r>
    </w:p>
    <w:p>
      <w:r>
        <w:rPr>
          <w:b w:val="0"/>
          <w:sz w:val="20"/>
        </w:rPr>
        <w:t>Devir Veren, yukarıda belirtilen işyerini tüm malvarlığı, hakları, yükümlülükleri ve işletme bütünlüğü ile birlikte Devir Alana devretmeyi, Devir Alan da devralmayı kabul eder.</w:t>
      </w:r>
    </w:p>
    <w:p/>
    <w:p>
      <w:r>
        <w:rPr>
          <w:b/>
          <w:sz w:val="20"/>
        </w:rPr>
        <w:t>Madde 2 – Devir Bedeli ve Ödeme Şartları</w:t>
      </w:r>
    </w:p>
    <w:p>
      <w:r>
        <w:rPr>
          <w:b w:val="0"/>
          <w:sz w:val="20"/>
        </w:rPr>
        <w:t>İşyeri devri karşılığında ödenecek bedel : _________________ TL</w:t>
      </w:r>
    </w:p>
    <w:p>
      <w:r>
        <w:rPr>
          <w:b w:val="0"/>
          <w:sz w:val="20"/>
        </w:rPr>
        <w:t>Ödeme şekli ve zamanı : _________________________________________________________</w:t>
      </w:r>
    </w:p>
    <w:p/>
    <w:p>
      <w:r>
        <w:rPr>
          <w:b/>
          <w:sz w:val="20"/>
        </w:rPr>
        <w:t>Madde 3 – İşletme ve Mal Varlığı</w:t>
      </w:r>
    </w:p>
    <w:p>
      <w:r>
        <w:rPr>
          <w:b w:val="0"/>
          <w:sz w:val="20"/>
        </w:rPr>
        <w:t>Devir konusu işyeri ile birlikte bulunan tüm demirbaş, stok, alacaklar, borçlar ve diğer haklar, yükümlülükler de devredilir.</w:t>
      </w:r>
    </w:p>
    <w:p/>
    <w:p>
      <w:r>
        <w:rPr>
          <w:b/>
          <w:sz w:val="20"/>
        </w:rPr>
        <w:t>Madde 4 – Kira Sözleşmesi</w:t>
      </w:r>
    </w:p>
    <w:p>
      <w:r>
        <w:rPr>
          <w:b w:val="0"/>
          <w:sz w:val="20"/>
        </w:rPr>
        <w:t>İşyeri kira sözleşmesi mevcut ise devri ve devamı konusunda taraflar gereken işlemleri yapmayı kabul eder.</w:t>
      </w:r>
    </w:p>
    <w:p/>
    <w:p>
      <w:r>
        <w:rPr>
          <w:b/>
          <w:sz w:val="20"/>
        </w:rPr>
        <w:t>Madde 5 – Hak ve Sorumluluklar</w:t>
      </w:r>
    </w:p>
    <w:p>
      <w:r>
        <w:rPr>
          <w:b w:val="0"/>
          <w:sz w:val="20"/>
        </w:rPr>
        <w:t>Devir Tarihinden itibaren işletmeye ait tüm hak ve sorumluluklar Devir Alana geçer. Devir Veren, devreden önceki yükümlülüklerden doğan sorumluluklarından müteselsilen sorumludur.</w:t>
      </w:r>
    </w:p>
    <w:p/>
    <w:p>
      <w:r>
        <w:rPr>
          <w:b/>
          <w:sz w:val="20"/>
        </w:rPr>
        <w:t>Madde 6 – Beyanlar</w:t>
      </w:r>
    </w:p>
    <w:p>
      <w:r>
        <w:rPr>
          <w:b w:val="0"/>
          <w:sz w:val="20"/>
        </w:rPr>
        <w:t>Devir Veren, devredilen işyerinin hukuki durumu, borçları ve diğer hususlarla ilgili doğru bilgi verdiğini, işyerinin herhangi bir kısıtlamaya tabi olmadığını beyan eder.</w:t>
      </w:r>
    </w:p>
    <w:p/>
    <w:p>
      <w:r>
        <w:rPr>
          <w:b/>
          <w:sz w:val="20"/>
        </w:rPr>
        <w:t>Madde 7 – Uyuşmazlıkların Çözümü</w:t>
      </w:r>
    </w:p>
    <w:p>
      <w:r>
        <w:rPr>
          <w:b w:val="0"/>
          <w:sz w:val="20"/>
        </w:rPr>
        <w:t>İşbu sözleşmeden doğabilecek uyuşmazlıklarda İstanbul (Anadolu/Avrupa) Mahkemeleri ve İcra Daireleri yetkilidir.</w:t>
      </w:r>
    </w:p>
    <w:p/>
    <w:p>
      <w:r>
        <w:rPr>
          <w:b/>
          <w:sz w:val="20"/>
        </w:rPr>
        <w:t>Madde 8 – Sözleşmenin Bütünlüğü</w:t>
      </w:r>
    </w:p>
    <w:p>
      <w:r>
        <w:rPr>
          <w:b w:val="0"/>
          <w:sz w:val="20"/>
        </w:rPr>
        <w:t>Bu sözleşme tarafların tüm anlaşmasını içerir, yazılı olarak değiştirilmedikçe geçerlidir.</w:t>
      </w:r>
    </w:p>
    <w:p/>
    <w:p/>
    <w:p>
      <w:r>
        <w:rPr>
          <w:b w:val="0"/>
          <w:sz w:val="20"/>
        </w:rPr>
        <w:t>Yer : _____________________________________________________</w:t>
      </w:r>
    </w:p>
    <w:p>
      <w:r>
        <w:rPr>
          <w:b w:val="0"/>
          <w:sz w:val="20"/>
        </w:rPr>
        <w:t>Tarih : ___________________________________________________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DEVİR VEREN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DEVİR ALAN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İmza : 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İmza : _________________________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Adı Soyadı : 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Adı Soyadı : 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Bu belgenin orijinal kaynagi: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https://sozlesmesiornek.com/isyeri-devir-sozlesmesi-ornegi./</w:t>
        </w:r>
      </w:hyperlink>
    </w:p>
    <w:p>
      <w:pPr>
        <w:jc w:val="center"/>
      </w:pPr>
      <w:r>
        <w:rPr>
          <w:color w:val="555555"/>
          <w:sz w:val="26"/>
        </w:rPr>
        <w:t>Bu ornek sizin icin faydali oldu mu?</w:t>
      </w:r>
    </w:p>
    <w:p>
      <w:pPr>
        <w:jc w:val="center"/>
      </w:pPr>
      <w:r>
        <w:rPr>
          <w:color w:val="555555"/>
          <w:sz w:val="26"/>
        </w:rPr>
        <w:t>Guncellenmis diger orneklere web sitemizden ulasabilirsiniz: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https://sozlesmesiornek.com</w:t>
        </w:r>
      </w:hyperlink>
    </w:p>
    <w:p>
      <w:pPr>
        <w:jc w:val="center"/>
      </w:pPr>
      <w:r>
        <w:rPr>
          <w:color w:val="808080"/>
          <w:sz w:val="20"/>
        </w:rPr>
        <w:t>Bu ornek yalnizca kisisel ve ticari olmayan kullanim icindir.</w:t>
        <w:br/>
        <w:t>Her turlu dagitim veya yayinda kaynak belirtilmelidir. © sozlesmesiornek.com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sozlesmesiornek.com/isyeri-devir-sozlesmesi-ornegi./" TargetMode="External"/><Relationship Id="rId10" Type="http://schemas.openxmlformats.org/officeDocument/2006/relationships/hyperlink" Target="https://sozlesmesiorne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