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KİRA SÖZLEŞMESİ VE KEFİL TAAHHÜTNAMESİ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Kiraya Veren : ___________________________________________________________</w:t>
      </w:r>
    </w:p>
    <w:p>
      <w:r>
        <w:rPr>
          <w:b w:val="0"/>
          <w:sz w:val="20"/>
        </w:rPr>
        <w:t>T.C. Kimlik No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/>
    <w:p>
      <w:r>
        <w:rPr>
          <w:b/>
          <w:sz w:val="20"/>
        </w:rPr>
        <w:t>Kiracı :</w:t>
      </w:r>
    </w:p>
    <w:p>
      <w:r>
        <w:rPr>
          <w:b w:val="0"/>
          <w:sz w:val="20"/>
        </w:rPr>
        <w:t>Adı Soyadı : _____________________________________________________________</w:t>
      </w:r>
    </w:p>
    <w:p>
      <w:r>
        <w:rPr>
          <w:b w:val="0"/>
          <w:sz w:val="20"/>
        </w:rPr>
        <w:t>T.C. Kimlik No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/>
    <w:p>
      <w:r>
        <w:rPr>
          <w:b/>
          <w:sz w:val="20"/>
        </w:rPr>
        <w:t>Kefil :</w:t>
      </w:r>
    </w:p>
    <w:p>
      <w:r>
        <w:rPr>
          <w:b w:val="0"/>
          <w:sz w:val="20"/>
        </w:rPr>
        <w:t>Adı Soyadı : _____________________________________________________________</w:t>
      </w:r>
    </w:p>
    <w:p>
      <w:r>
        <w:rPr>
          <w:b w:val="0"/>
          <w:sz w:val="20"/>
        </w:rPr>
        <w:t>T.C. Kimlik No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/>
    <w:p>
      <w:r>
        <w:rPr>
          <w:b/>
          <w:sz w:val="20"/>
        </w:rPr>
        <w:t>Kira Konusu :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Taşınmazın niteliği : _____________________________________________________</w:t>
      </w:r>
    </w:p>
    <w:p/>
    <w:p>
      <w:r>
        <w:rPr>
          <w:b/>
          <w:sz w:val="20"/>
        </w:rPr>
        <w:t>Kira Bedeli ve Ödeme Şartları :</w:t>
      </w:r>
    </w:p>
    <w:p>
      <w:r>
        <w:rPr>
          <w:b w:val="0"/>
          <w:sz w:val="20"/>
        </w:rPr>
        <w:t>Kira Bedeli (Aylık) : _________________ TL</w:t>
      </w:r>
    </w:p>
    <w:p>
      <w:r>
        <w:rPr>
          <w:b w:val="0"/>
          <w:sz w:val="20"/>
        </w:rPr>
        <w:t>Ödeme Şekli ve Tarihleri : ________________________________________________</w:t>
      </w:r>
    </w:p>
    <w:p/>
    <w:p>
      <w:r>
        <w:rPr>
          <w:b/>
          <w:sz w:val="20"/>
        </w:rPr>
        <w:t>Kira Süresi :</w:t>
      </w:r>
    </w:p>
    <w:p>
      <w:r>
        <w:rPr>
          <w:b w:val="0"/>
          <w:sz w:val="20"/>
        </w:rPr>
        <w:t>Başlangıç Tarihi : _________________________</w:t>
      </w:r>
    </w:p>
    <w:p>
      <w:r>
        <w:rPr>
          <w:b w:val="0"/>
          <w:sz w:val="20"/>
        </w:rPr>
        <w:t>Bitiş Tarihi : ______________________________</w:t>
      </w:r>
    </w:p>
    <w:p>
      <w:r>
        <w:rPr>
          <w:b w:val="0"/>
          <w:sz w:val="20"/>
        </w:rPr>
        <w:t>Sözleşme süresi bitiminde tarafların karşılıklı anlaşması ile uzatılabilir.</w:t>
      </w:r>
    </w:p>
    <w:p/>
    <w:p>
      <w:r>
        <w:rPr>
          <w:b/>
          <w:sz w:val="20"/>
        </w:rPr>
        <w:t>Kiracının Yükümlülükleri :</w:t>
      </w:r>
    </w:p>
    <w:p>
      <w:r>
        <w:rPr>
          <w:b w:val="0"/>
          <w:sz w:val="20"/>
        </w:rPr>
        <w:t>1. Kira bedelini zamanında ve eksiksiz ödemek.</w:t>
      </w:r>
    </w:p>
    <w:p>
      <w:r>
        <w:rPr>
          <w:b w:val="0"/>
          <w:sz w:val="20"/>
        </w:rPr>
        <w:t>2. Kiralananı iyi kullanmak, zarar vermemek ve bakımını yapmak.</w:t>
      </w:r>
    </w:p>
    <w:p>
      <w:r>
        <w:rPr>
          <w:b w:val="0"/>
          <w:sz w:val="20"/>
        </w:rPr>
        <w:t>3. Kiralananı sözleşme sonunda hasarsız teslim etmek.</w:t>
      </w:r>
    </w:p>
    <w:p>
      <w:r>
        <w:rPr>
          <w:b w:val="0"/>
          <w:sz w:val="20"/>
        </w:rPr>
        <w:t>4. Kiralanan taşınmazda izinsiz değişiklik yapmamak.</w:t>
      </w:r>
    </w:p>
    <w:p/>
    <w:p>
      <w:r>
        <w:rPr>
          <w:b/>
          <w:sz w:val="20"/>
        </w:rPr>
        <w:t>Kiraya Verenin Yükümlülükleri :</w:t>
      </w:r>
    </w:p>
    <w:p>
      <w:r>
        <w:rPr>
          <w:b w:val="0"/>
          <w:sz w:val="20"/>
        </w:rPr>
        <w:t>1. Kiralananı kira süresi boyunca kullanıma hazır ve uygun durumda tutmak.</w:t>
      </w:r>
    </w:p>
    <w:p>
      <w:r>
        <w:rPr>
          <w:b w:val="0"/>
          <w:sz w:val="20"/>
        </w:rPr>
        <w:t>2. Kiralananın mülkiyetini ve kira hakkını kiracıya teslim etmek.</w:t>
      </w:r>
    </w:p>
    <w:p/>
    <w:p>
      <w:r>
        <w:rPr>
          <w:b/>
          <w:sz w:val="20"/>
        </w:rPr>
        <w:t>Kefilin Taahhüdü :</w:t>
      </w:r>
    </w:p>
    <w:p>
      <w:r>
        <w:rPr>
          <w:b w:val="0"/>
          <w:sz w:val="20"/>
        </w:rPr>
        <w:t>Kefil, kiracının kira sözleşmesinden doğan tüm borçlarından müteselsilen sorumludur. Kiracı borcunu ödemediği takdirde kefil, borcun tamamından kiraya verene karşı sorumlu olacaktır.</w:t>
      </w:r>
    </w:p>
    <w:p/>
    <w:p>
      <w:r>
        <w:rPr>
          <w:b/>
          <w:sz w:val="20"/>
        </w:rPr>
        <w:t>Sözleşmenin Feshi :</w:t>
      </w:r>
    </w:p>
    <w:p>
      <w:r>
        <w:rPr>
          <w:b w:val="0"/>
          <w:sz w:val="20"/>
        </w:rPr>
        <w:t>Taraflardan herhangi biri sözleşme şartlarına uymazsa, diğer taraf sözleşmeyi tek taraflı olarak feshedebilir.</w:t>
      </w:r>
    </w:p>
    <w:p/>
    <w:p>
      <w:r>
        <w:rPr>
          <w:b/>
          <w:sz w:val="20"/>
        </w:rPr>
        <w:t>Uyuşmazlıkların Çözümü :</w:t>
      </w:r>
    </w:p>
    <w:p>
      <w:r>
        <w:rPr>
          <w:b w:val="0"/>
          <w:sz w:val="20"/>
        </w:rPr>
        <w:t>Taraflar arasında doğabilecek uyuşmazlıklarda Türk Hukuku uygulanacak ve yetkili mahkeme İstanbul mahkemeleri olacaktır.</w:t>
      </w:r>
    </w:p>
    <w:p/>
    <w:p/>
    <w:p>
      <w:pPr>
        <w:jc w:val="center"/>
      </w:pPr>
      <w:r>
        <w:rPr>
          <w:b w:val="0"/>
          <w:sz w:val="20"/>
        </w:rPr>
        <w:t>İşbu sözleşme üç nüsha olarak düzenlenmiş ve taraflarca okunarak imzalanmıştır.</w:t>
      </w:r>
    </w:p>
    <w:p/>
    <w:p/>
    <w:p>
      <w:r>
        <w:rPr>
          <w:b/>
          <w:sz w:val="20"/>
        </w:rPr>
        <w:t>Kiraya Veren :</w:t>
      </w:r>
    </w:p>
    <w:p>
      <w:r>
        <w:rPr>
          <w:b w:val="0"/>
          <w:sz w:val="20"/>
        </w:rPr>
        <w:t>Adı Soyadı : _____________________________________________________________</w:t>
      </w:r>
    </w:p>
    <w:p>
      <w:r>
        <w:rPr>
          <w:b w:val="0"/>
          <w:sz w:val="20"/>
        </w:rPr>
        <w:t>İmza : _________________________</w:t>
      </w:r>
    </w:p>
    <w:p/>
    <w:p>
      <w:r>
        <w:rPr>
          <w:b/>
          <w:sz w:val="20"/>
        </w:rPr>
        <w:t>Kiracı :</w:t>
      </w:r>
    </w:p>
    <w:p>
      <w:r>
        <w:rPr>
          <w:b w:val="0"/>
          <w:sz w:val="20"/>
        </w:rPr>
        <w:t>Adı Soyadı : _____________________________________________________________</w:t>
      </w:r>
    </w:p>
    <w:p>
      <w:r>
        <w:rPr>
          <w:b w:val="0"/>
          <w:sz w:val="20"/>
        </w:rPr>
        <w:t>İmza : _________________________</w:t>
      </w:r>
    </w:p>
    <w:p/>
    <w:p>
      <w:r>
        <w:rPr>
          <w:b/>
          <w:sz w:val="20"/>
        </w:rPr>
        <w:t>Kefil :</w:t>
      </w:r>
    </w:p>
    <w:p>
      <w:r>
        <w:rPr>
          <w:b w:val="0"/>
          <w:sz w:val="20"/>
        </w:rPr>
        <w:t>Adı Soyadı : _____________________________________________________________</w:t>
      </w:r>
    </w:p>
    <w:p>
      <w:r>
        <w:rPr>
          <w:b w:val="0"/>
          <w:sz w:val="20"/>
        </w:rPr>
        <w:t>İmza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KİRAYA VEREN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KİRACI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https://sozlesmesiornek.com/kira-sozlesmesi-kefil-ornek/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kira-sozlesmesi-kefil-ornek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