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ORTAKLIK SÖZLEŞMESİ</w:t>
      </w:r>
    </w:p>
    <w:p/>
    <w:p>
      <w:r>
        <w:rPr>
          <w:b/>
          <w:sz w:val="20"/>
        </w:rPr>
        <w:t>Taraflar :</w:t>
      </w:r>
    </w:p>
    <w:p>
      <w:r>
        <w:rPr>
          <w:b w:val="0"/>
          <w:sz w:val="20"/>
        </w:rPr>
        <w:t>1. Ortak 1 :</w:t>
      </w:r>
    </w:p>
    <w:p>
      <w:r>
        <w:rPr>
          <w:b w:val="0"/>
          <w:sz w:val="20"/>
        </w:rPr>
        <w:t>Adı Soyadı / Unvanı : _____________________________________________</w:t>
      </w:r>
    </w:p>
    <w:p>
      <w:r>
        <w:rPr>
          <w:b w:val="0"/>
          <w:sz w:val="20"/>
        </w:rPr>
        <w:t>T.C. Kimlik No / Vergi No : ______________________________________</w:t>
      </w:r>
    </w:p>
    <w:p>
      <w:r>
        <w:rPr>
          <w:b w:val="0"/>
          <w:sz w:val="20"/>
        </w:rPr>
        <w:t>Adres : __________________________________________________________</w:t>
      </w:r>
    </w:p>
    <w:p/>
    <w:p>
      <w:r>
        <w:rPr>
          <w:b w:val="0"/>
          <w:sz w:val="20"/>
        </w:rPr>
        <w:t>2. Ortak 2 :</w:t>
      </w:r>
    </w:p>
    <w:p>
      <w:r>
        <w:rPr>
          <w:b w:val="0"/>
          <w:sz w:val="20"/>
        </w:rPr>
        <w:t>Adı Soyadı / Unvanı : _____________________________________________</w:t>
      </w:r>
    </w:p>
    <w:p>
      <w:r>
        <w:rPr>
          <w:b w:val="0"/>
          <w:sz w:val="20"/>
        </w:rPr>
        <w:t>T.C. Kimlik No / Vergi No : ______________________________________</w:t>
      </w:r>
    </w:p>
    <w:p>
      <w:r>
        <w:rPr>
          <w:b w:val="0"/>
          <w:sz w:val="20"/>
        </w:rPr>
        <w:t>Adres : __________________________________________________________</w:t>
      </w:r>
    </w:p>
    <w:p/>
    <w:p>
      <w:r>
        <w:rPr>
          <w:b/>
          <w:sz w:val="20"/>
        </w:rPr>
        <w:t>Ortaklığın Konusu :</w:t>
      </w:r>
    </w:p>
    <w:p>
      <w:r>
        <w:rPr>
          <w:b w:val="0"/>
          <w:sz w:val="20"/>
        </w:rPr>
        <w:t>Taraflar işbu sözleşme ile aşağıda belirtilen amaç ve kapsamda ortaklık kurmayı kabul ve taahhüt ederler.</w:t>
      </w:r>
    </w:p>
    <w:p>
      <w:r>
        <w:rPr>
          <w:b w:val="0"/>
          <w:sz w:val="20"/>
        </w:rPr>
        <w:t>Ortaklığın konusu ve faaliyet alanı aşağıdaki gibidir: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Ortaklık Sermayesi ve Paylar :</w:t>
      </w:r>
    </w:p>
    <w:p>
      <w:r>
        <w:rPr>
          <w:b w:val="0"/>
          <w:sz w:val="20"/>
        </w:rPr>
        <w:t>Ortaklık sermayesi toplam __________________ TL'dir.</w:t>
      </w:r>
    </w:p>
    <w:p>
      <w:r>
        <w:rPr>
          <w:b w:val="0"/>
          <w:sz w:val="20"/>
        </w:rPr>
        <w:t>Ortakların sermaye payları ve oranları aşağıdaki gibidir:</w:t>
      </w:r>
    </w:p>
    <w:p>
      <w:r>
        <w:rPr>
          <w:b w:val="0"/>
          <w:sz w:val="20"/>
        </w:rPr>
        <w:t>Ortak 1 : % _______ (________________ TL)</w:t>
      </w:r>
    </w:p>
    <w:p>
      <w:r>
        <w:rPr>
          <w:b w:val="0"/>
          <w:sz w:val="20"/>
        </w:rPr>
        <w:t>Ortak 2 : % _______ (________________ TL)</w:t>
      </w:r>
    </w:p>
    <w:p/>
    <w:p>
      <w:r>
        <w:rPr>
          <w:b/>
          <w:sz w:val="20"/>
        </w:rPr>
        <w:t>Yönetim ve Temsil :</w:t>
      </w:r>
    </w:p>
    <w:p>
      <w:r>
        <w:rPr>
          <w:b w:val="0"/>
          <w:sz w:val="20"/>
        </w:rPr>
        <w:t>Ortaklık işleri aşağıdaki şekilde yönetilir ve temsil edilir:</w:t>
      </w:r>
    </w:p>
    <w:p>
      <w:r>
        <w:rPr>
          <w:b w:val="0"/>
          <w:sz w:val="20"/>
        </w:rPr>
        <w:t>Yönetim yetkisi: __________________________________________________</w:t>
      </w:r>
    </w:p>
    <w:p>
      <w:r>
        <w:rPr>
          <w:b w:val="0"/>
          <w:sz w:val="20"/>
        </w:rPr>
        <w:t>Ortakların yetki ve sorumlulukları: ________________________________</w:t>
      </w:r>
    </w:p>
    <w:p>
      <w:r>
        <w:rPr>
          <w:b w:val="0"/>
          <w:sz w:val="20"/>
        </w:rPr>
        <w:t>Ortaklık adına yapılacak işlemler için _______________ imza yetkilisidir.</w:t>
      </w:r>
    </w:p>
    <w:p/>
    <w:p>
      <w:r>
        <w:rPr>
          <w:b/>
          <w:sz w:val="20"/>
        </w:rPr>
        <w:t>Kar ve Zararın Paylaşımı :</w:t>
      </w:r>
    </w:p>
    <w:p>
      <w:r>
        <w:rPr>
          <w:b w:val="0"/>
          <w:sz w:val="20"/>
        </w:rPr>
        <w:t>Ortaklık kar ve zararları aşağıdaki oranlarda paylaşılır:</w:t>
      </w:r>
    </w:p>
    <w:p>
      <w:r>
        <w:rPr>
          <w:b w:val="0"/>
          <w:sz w:val="20"/>
        </w:rPr>
        <w:t>Ortak 1 : % _______</w:t>
      </w:r>
    </w:p>
    <w:p>
      <w:r>
        <w:rPr>
          <w:b w:val="0"/>
          <w:sz w:val="20"/>
        </w:rPr>
        <w:t>Ortak 2 : % _______</w:t>
      </w:r>
    </w:p>
    <w:p/>
    <w:p>
      <w:r>
        <w:rPr>
          <w:b/>
          <w:sz w:val="20"/>
        </w:rPr>
        <w:t>Ortakların Hak ve Yükümlülükleri :</w:t>
      </w:r>
    </w:p>
    <w:p>
      <w:r>
        <w:rPr>
          <w:b w:val="0"/>
          <w:sz w:val="20"/>
        </w:rPr>
        <w:t>Ortaklar işbu sözleşme kapsamında aşağıdaki hak ve yükümlülüklere sahiptir: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Ortaklıktan Çıkma ve Çıkartılma :</w:t>
      </w:r>
    </w:p>
    <w:p>
      <w:r>
        <w:rPr>
          <w:b w:val="0"/>
          <w:sz w:val="20"/>
        </w:rPr>
        <w:t>Ortaklardan birinin ortaklıktan çıkması veya çıkarılması aşağıdaki koşullara tabidir: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Sözleşmenin Feshi :</w:t>
      </w:r>
    </w:p>
    <w:p>
      <w:r>
        <w:rPr>
          <w:b w:val="0"/>
          <w:sz w:val="20"/>
        </w:rPr>
        <w:t>Ortaklık aşağıdaki durumlarda sona erer:</w:t>
      </w:r>
    </w:p>
    <w:p>
      <w:r>
        <w:rPr>
          <w:b w:val="0"/>
          <w:sz w:val="20"/>
        </w:rPr>
        <w:t>- Ortakların karşılıklı anlaşması ile</w:t>
      </w:r>
    </w:p>
    <w:p>
      <w:r>
        <w:rPr>
          <w:b w:val="0"/>
          <w:sz w:val="20"/>
        </w:rPr>
        <w:t>- Kanuni sebeplerle</w:t>
      </w:r>
    </w:p>
    <w:p>
      <w:r>
        <w:rPr>
          <w:b w:val="0"/>
          <w:sz w:val="20"/>
        </w:rPr>
        <w:t>- Mahkeme kararı ile</w:t>
      </w:r>
    </w:p>
    <w:p>
      <w:r>
        <w:rPr>
          <w:b w:val="0"/>
          <w:sz w:val="20"/>
        </w:rPr>
        <w:t>Fesih halinde tasfiye işlemleri aşağıdaki şekilde yapılır: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Uyuşmazlıkların Çözümü :</w:t>
      </w:r>
    </w:p>
    <w:p>
      <w:r>
        <w:rPr>
          <w:b w:val="0"/>
          <w:sz w:val="20"/>
        </w:rPr>
        <w:t>İşbu sözleşmeden doğabilecek uyuşmazlıklarda İstanbul Mahkemeleri ve İcra Daireleri yetkilidir.</w:t>
      </w:r>
    </w:p>
    <w:p/>
    <w:p/>
    <w:p>
      <w:pPr>
        <w:jc w:val="center"/>
      </w:pPr>
      <w:r>
        <w:rPr>
          <w:b w:val="0"/>
          <w:sz w:val="20"/>
        </w:rPr>
        <w:t>İşbu sözleşme taraflarca okunmuş, anlaşılmış ve __ (___) sayfa olarak düzenlenmiştir.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ORTAK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ORTAK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https://sozlesmesiornek.com/ortaklık-sozlesmesi-ornegi/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ortakl&#305;k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