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TAKSİTLİ SATIŞ SÖZLEŞMESİ</w:t>
      </w:r>
    </w:p>
    <w:p/>
    <w:p>
      <w:r>
        <w:rPr>
          <w:b/>
          <w:sz w:val="20"/>
        </w:rPr>
        <w:t>Taraflar :</w:t>
      </w:r>
    </w:p>
    <w:p>
      <w:r>
        <w:rPr>
          <w:b/>
          <w:sz w:val="20"/>
        </w:rPr>
        <w:t>Satıcı :</w:t>
      </w:r>
    </w:p>
    <w:p>
      <w:r>
        <w:rPr>
          <w:b w:val="0"/>
          <w:sz w:val="20"/>
        </w:rPr>
        <w:t>Adı ve Soyadı : ________________________________________________</w:t>
      </w:r>
    </w:p>
    <w:p>
      <w:r>
        <w:rPr>
          <w:b w:val="0"/>
          <w:sz w:val="20"/>
        </w:rPr>
        <w:t>TC Kimlik/Vergi No : ____________________________________________</w:t>
      </w:r>
    </w:p>
    <w:p>
      <w:r>
        <w:rPr>
          <w:b w:val="0"/>
          <w:sz w:val="20"/>
        </w:rPr>
        <w:t>Adres : _________________________________________________________</w:t>
      </w:r>
    </w:p>
    <w:p/>
    <w:p>
      <w:r>
        <w:rPr>
          <w:b/>
          <w:sz w:val="20"/>
        </w:rPr>
        <w:t>Alıcı :</w:t>
      </w:r>
    </w:p>
    <w:p>
      <w:r>
        <w:rPr>
          <w:b w:val="0"/>
          <w:sz w:val="20"/>
        </w:rPr>
        <w:t>Adı ve Soyadı : ________________________________________________</w:t>
      </w:r>
    </w:p>
    <w:p>
      <w:r>
        <w:rPr>
          <w:b w:val="0"/>
          <w:sz w:val="20"/>
        </w:rPr>
        <w:t>TC Kimlik/Vergi No : ____________________________________________</w:t>
      </w:r>
    </w:p>
    <w:p>
      <w:r>
        <w:rPr>
          <w:b w:val="0"/>
          <w:sz w:val="20"/>
        </w:rPr>
        <w:t>Adres : _________________________________________________________</w:t>
      </w:r>
    </w:p>
    <w:p/>
    <w:p>
      <w:r>
        <w:rPr>
          <w:b/>
          <w:sz w:val="20"/>
        </w:rPr>
        <w:t>Sözleşmenin Konusu :</w:t>
      </w:r>
    </w:p>
    <w:p>
      <w:r>
        <w:rPr>
          <w:b w:val="0"/>
          <w:sz w:val="20"/>
        </w:rPr>
        <w:t>İşbu sözleşme ile Satıcı, aşağıda detayları belirtilen malı Alıcıya taksitler halinde satmayı, Alıcı ise söz konusu malı belirtilen şartlarda satın almayı kabul eder.</w:t>
      </w:r>
    </w:p>
    <w:p/>
    <w:p>
      <w:r>
        <w:rPr>
          <w:b/>
          <w:sz w:val="20"/>
        </w:rPr>
        <w:t>Satışa Konu Malın Bilgileri :</w:t>
      </w:r>
    </w:p>
    <w:p>
      <w:r>
        <w:rPr>
          <w:b w:val="0"/>
          <w:sz w:val="20"/>
        </w:rPr>
        <w:t>Malın Cinsi, Modeli, Markası : __________________________________</w:t>
      </w:r>
    </w:p>
    <w:p>
      <w:r>
        <w:rPr>
          <w:b w:val="0"/>
          <w:sz w:val="20"/>
        </w:rPr>
        <w:t>Seri No / Barkod : ______________________________________________</w:t>
      </w:r>
    </w:p>
    <w:p>
      <w:r>
        <w:rPr>
          <w:b w:val="0"/>
          <w:sz w:val="20"/>
        </w:rPr>
        <w:t>Diğer Özellikler : _______________________________________________</w:t>
      </w:r>
    </w:p>
    <w:p/>
    <w:p>
      <w:r>
        <w:rPr>
          <w:b/>
          <w:sz w:val="20"/>
        </w:rPr>
        <w:t>Satış Bedeli ve Ödeme Koşulları :</w:t>
      </w:r>
    </w:p>
    <w:p>
      <w:r>
        <w:rPr>
          <w:b w:val="0"/>
          <w:sz w:val="20"/>
        </w:rPr>
        <w:t>Toplam Satış Bedeli : _________________ TL</w:t>
      </w:r>
    </w:p>
    <w:p>
      <w:r>
        <w:rPr>
          <w:b w:val="0"/>
          <w:sz w:val="20"/>
        </w:rPr>
        <w:t>Peşinat Tutarı : _________________ TL</w:t>
      </w:r>
    </w:p>
    <w:p>
      <w:r>
        <w:rPr>
          <w:b w:val="0"/>
          <w:sz w:val="20"/>
        </w:rPr>
        <w:t>Kalan Tutar : _________________ TL</w:t>
      </w:r>
    </w:p>
    <w:p>
      <w:r>
        <w:rPr>
          <w:b w:val="0"/>
          <w:sz w:val="20"/>
        </w:rPr>
        <w:t>Taksit Sayısı : _________________</w:t>
      </w:r>
    </w:p>
    <w:p>
      <w:r>
        <w:rPr>
          <w:b w:val="0"/>
          <w:sz w:val="20"/>
        </w:rPr>
        <w:t>Taksit Tutarı : _________________ TL</w:t>
      </w:r>
    </w:p>
    <w:p>
      <w:r>
        <w:rPr>
          <w:b w:val="0"/>
          <w:sz w:val="20"/>
        </w:rPr>
        <w:t>Taksit Ödeme Periyodu : _________________ (örneğin aylık)</w:t>
      </w:r>
    </w:p>
    <w:p>
      <w:r>
        <w:rPr>
          <w:b w:val="0"/>
          <w:sz w:val="20"/>
        </w:rPr>
        <w:t>Ödeme Şekli : ________________________________________________</w:t>
      </w:r>
    </w:p>
    <w:p/>
    <w:p>
      <w:r>
        <w:rPr>
          <w:b/>
          <w:sz w:val="20"/>
        </w:rPr>
        <w:t>Teslimat :</w:t>
      </w:r>
    </w:p>
    <w:p>
      <w:r>
        <w:rPr>
          <w:b w:val="0"/>
          <w:sz w:val="20"/>
        </w:rPr>
        <w:t>Mal, peşinatın ödenmesini müteakip Satıcı tarafından Alıcıya teslim edilecektir.</w:t>
      </w:r>
    </w:p>
    <w:p>
      <w:r>
        <w:rPr>
          <w:b w:val="0"/>
          <w:sz w:val="20"/>
        </w:rPr>
        <w:t>Teslimat Tarihi ve Yeri : __________________________________________</w:t>
      </w:r>
    </w:p>
    <w:p/>
    <w:p>
      <w:r>
        <w:rPr>
          <w:b/>
          <w:sz w:val="20"/>
        </w:rPr>
        <w:t>Garanti ve Ayıplı Mal :</w:t>
      </w:r>
    </w:p>
    <w:p>
      <w:r>
        <w:rPr>
          <w:b w:val="0"/>
          <w:sz w:val="20"/>
        </w:rPr>
        <w:t>Satıcı, satılan malın Türk Borçlar Kanunu hükümlerine uygun olmasından sorumludur.</w:t>
      </w:r>
    </w:p>
    <w:p>
      <w:r>
        <w:rPr>
          <w:b w:val="0"/>
          <w:sz w:val="20"/>
        </w:rPr>
        <w:t>Ayıplı mal halinde Alıcı, ilgili kanunlar çerçevesinde haklarını kullanabilir.</w:t>
      </w:r>
    </w:p>
    <w:p/>
    <w:p>
      <w:r>
        <w:rPr>
          <w:b/>
          <w:sz w:val="20"/>
        </w:rPr>
        <w:t>Sözleşmenin Feshi ve Cezai Şartlar :</w:t>
      </w:r>
    </w:p>
    <w:p>
      <w:r>
        <w:rPr>
          <w:b w:val="0"/>
          <w:sz w:val="20"/>
        </w:rPr>
        <w:t>Alıcının taksit ödemelerini süresinde yapmaması halinde Satıcı, yasal haklarını kullanabilir.</w:t>
      </w:r>
    </w:p>
    <w:p>
      <w:r>
        <w:rPr>
          <w:b w:val="0"/>
          <w:sz w:val="20"/>
        </w:rPr>
        <w:t>Alıcı, gecikilen taksitler için yasal faiz ve masraflardan sorumludur.</w:t>
      </w:r>
    </w:p>
    <w:p/>
    <w:p>
      <w:r>
        <w:rPr>
          <w:b/>
          <w:sz w:val="20"/>
        </w:rPr>
        <w:t>Diğer Hükümler :</w:t>
      </w:r>
    </w:p>
    <w:p>
      <w:r>
        <w:rPr>
          <w:b w:val="0"/>
          <w:sz w:val="20"/>
        </w:rPr>
        <w:t>Taraflar arasında çıkabilecek uyuşmazlıklarda Türk Hukuku ve yetkili mahkemeler uygulanacaktır.</w:t>
      </w:r>
    </w:p>
    <w:p>
      <w:r>
        <w:rPr>
          <w:b w:val="0"/>
          <w:sz w:val="20"/>
        </w:rPr>
        <w:t>Taraflar işbu sözleşmeyi okuyup anlayarak, serbest iradeleriyle kabul etmişlerdir.</w:t>
      </w:r>
    </w:p>
    <w:p/>
    <w:p/>
    <w:p>
      <w:r>
        <w:rPr>
          <w:b w:val="0"/>
          <w:sz w:val="20"/>
        </w:rPr>
        <w:t>Yer : ____________________________________________________________</w:t>
      </w:r>
    </w:p>
    <w:p>
      <w:r>
        <w:rPr>
          <w:b w:val="0"/>
          <w:sz w:val="20"/>
        </w:rPr>
        <w:t>Tarih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SATICI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ALICI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https://sozlesmesiornek.com/taksitli-satıs-sozlesmesi-ornegi/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taksitli-sat&#305;s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